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/>
          <w:b/>
          <w:sz w:val="32"/>
        </w:rPr>
        <w:t>STUDY QUESTIONNAIRE</w:t>
      </w:r>
    </w:p>
    <w:p>
      <w:pPr>
        <w:jc w:val="center"/>
      </w:pPr>
      <w:r>
        <w:rPr>
          <w:rFonts w:ascii="Times New Roman" w:hAnsi="Times New Roman"/>
          <w:b/>
          <w:sz w:val="28"/>
        </w:rPr>
        <w:t>Assessing Youth Inclusion and Solutions for Barriers in Agri-Business Cooperatives and Producer Organizations</w:t>
      </w:r>
    </w:p>
    <w:p>
      <w:pPr>
        <w:jc w:val="center"/>
      </w:pPr>
      <w:r>
        <w:rPr>
          <w:rFonts w:ascii="Times New Roman" w:hAnsi="Times New Roman"/>
        </w:rPr>
        <w:t>Researcher: Justina Mvula</w:t>
        <w:br/>
      </w:r>
      <w:r>
        <w:rPr>
          <w:rFonts w:ascii="Times New Roman" w:hAnsi="Times New Roman"/>
        </w:rPr>
        <w:t>Institution: Mwimba College of Agriculture</w:t>
        <w:br/>
      </w:r>
      <w:r>
        <w:rPr>
          <w:rFonts w:ascii="Times New Roman" w:hAnsi="Times New Roman"/>
        </w:rPr>
        <w:t>Study Area: Chipala EPA, Kapiri Section</w:t>
        <w:br/>
      </w:r>
    </w:p>
    <w:p/>
    <w:p>
      <w:pPr>
        <w:pStyle w:val="Heading1"/>
      </w:pPr>
      <w:r>
        <w:rPr>
          <w:rFonts w:ascii="Times New Roman" w:hAnsi="Times New Roman"/>
          <w:b/>
          <w:color w:val="000000"/>
          <w:sz w:val="28"/>
        </w:rPr>
        <w:t>SECTION A: DEMOGRAPHIC AND SOCIO-ECONOMIC INFORMATION</w:t>
      </w:r>
    </w:p>
    <w:p>
      <w:pPr>
        <w:spacing w:after="120"/>
      </w:pPr>
      <w:r>
        <w:rPr>
          <w:rFonts w:ascii="Times New Roman" w:hAnsi="Times New Roman"/>
          <w:sz w:val="24"/>
        </w:rPr>
        <w:t>A1. Age: ______ years</w:t>
      </w:r>
    </w:p>
    <w:p/>
    <w:p>
      <w:pPr>
        <w:spacing w:after="120"/>
      </w:pPr>
      <w:r>
        <w:rPr>
          <w:rFonts w:ascii="Times New Roman" w:hAnsi="Times New Roman"/>
          <w:sz w:val="24"/>
        </w:rPr>
        <w:t>A2. Gender: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Male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Female</w:t>
      </w:r>
    </w:p>
    <w:p/>
    <w:p>
      <w:pPr>
        <w:spacing w:after="120"/>
      </w:pPr>
      <w:r>
        <w:rPr>
          <w:rFonts w:ascii="Times New Roman" w:hAnsi="Times New Roman"/>
          <w:sz w:val="24"/>
        </w:rPr>
        <w:t>A3. What is your highest level of education completed?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 formal education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Primary school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Secondary school (JCE/MSCE)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Certificate/Diploma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Bachelor's degree or higher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Other (specify): 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A4. What is your current marital status?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Single (never married)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Married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Cohabiting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Divorced/Separated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Widowed</w:t>
      </w:r>
    </w:p>
    <w:p/>
    <w:p>
      <w:pPr>
        <w:spacing w:after="120"/>
      </w:pPr>
      <w:r>
        <w:rPr>
          <w:rFonts w:ascii="Times New Roman" w:hAnsi="Times New Roman"/>
          <w:sz w:val="24"/>
        </w:rPr>
        <w:t>A5. What is your main source of livelihood? (Select one)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Crop farming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Livestock farming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Mixed farming (crops and livestock)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Agri-business (trading, processing, services)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Non-agricultural business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Salaried employment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Casual labour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Other (specify): 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A6. Do you currently own or have access to agricultural land?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I own land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I have access through family/lease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Other (specify): 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A7. If yes, what is the approximate size of land you use for agriculture?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Less than 0.5 hectares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0.5 – 1.0 hectares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1.1 – 2.0 hectares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2.1 – 5.0 hectares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More than 5.0 hectares</w:t>
      </w:r>
    </w:p>
    <w:p/>
    <w:p>
      <w:pPr>
        <w:spacing w:after="120"/>
      </w:pPr>
      <w:r>
        <w:rPr>
          <w:rFonts w:ascii="Times New Roman" w:hAnsi="Times New Roman"/>
          <w:sz w:val="24"/>
        </w:rPr>
        <w:t>A8. What is your approximate monthly income from all sources? (in Malawian Kwacha)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Less than MK 50,000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MK 50,001 – 100,000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MK 100,001 – 200,000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MK 200,001 – 500,000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More than MK 500,000</w:t>
      </w:r>
    </w:p>
    <w:p/>
    <w:p>
      <w:pPr>
        <w:spacing w:after="120"/>
      </w:pPr>
      <w:r>
        <w:rPr>
          <w:rFonts w:ascii="Times New Roman" w:hAnsi="Times New Roman"/>
          <w:sz w:val="24"/>
        </w:rPr>
        <w:t>A9. Have you received any formal agricultural or business training?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certificate/diploma level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short-course training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</w:t>
      </w:r>
    </w:p>
    <w:p/>
    <w:p>
      <w:pPr>
        <w:spacing w:after="120"/>
      </w:pPr>
      <w:r>
        <w:rPr>
          <w:rFonts w:ascii="Times New Roman" w:hAnsi="Times New Roman"/>
          <w:sz w:val="24"/>
        </w:rPr>
        <w:t>A10. Do you have access to a mobile phone with internet?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smartphone with data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basic phone (no internet)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</w:t>
      </w:r>
    </w:p>
    <w:p/>
    <w:p>
      <w:pPr>
        <w:spacing w:after="120"/>
      </w:pPr>
      <w:r>
        <w:rPr>
          <w:rFonts w:ascii="Times New Roman" w:hAnsi="Times New Roman"/>
          <w:sz w:val="24"/>
        </w:rPr>
        <w:t>A11. Who is the primary decision-maker in your household regarding agricultural activities?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Myself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Parents/guardians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Spouse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Joint decision</w:t>
      </w:r>
    </w:p>
    <w:p/>
    <w:p>
      <w:pPr>
        <w:pStyle w:val="Heading1"/>
      </w:pPr>
      <w:r>
        <w:rPr>
          <w:rFonts w:ascii="Times New Roman" w:hAnsi="Times New Roman"/>
          <w:b/>
          <w:color w:val="000000"/>
          <w:sz w:val="28"/>
        </w:rPr>
        <w:t>SECTION B: COOPERATIVE/PRODUCER ORGANIZATION MEMBERSHIP</w:t>
      </w:r>
    </w:p>
    <w:p>
      <w:pPr>
        <w:spacing w:after="120"/>
      </w:pPr>
      <w:r>
        <w:rPr>
          <w:rFonts w:ascii="Times New Roman" w:hAnsi="Times New Roman"/>
          <w:sz w:val="24"/>
        </w:rPr>
        <w:t>B1. Are you currently a member of any agri-business cooperative or producer organization?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 (If No, skip to Section E)</w:t>
      </w:r>
    </w:p>
    <w:p/>
    <w:p>
      <w:pPr>
        <w:spacing w:after="120"/>
      </w:pPr>
      <w:r>
        <w:rPr>
          <w:rFonts w:ascii="Times New Roman" w:hAnsi="Times New Roman"/>
          <w:sz w:val="24"/>
        </w:rPr>
        <w:t>B2. If yes, what is the name of the cooperative/producer organization? 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B3. How long have you been a member of this organization?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Less than 6 months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6 months – 1 year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1 – 2 years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2 – 5 years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More than 5 years</w:t>
      </w:r>
    </w:p>
    <w:p/>
    <w:p>
      <w:pPr>
        <w:spacing w:after="120"/>
      </w:pPr>
      <w:r>
        <w:rPr>
          <w:rFonts w:ascii="Times New Roman" w:hAnsi="Times New Roman"/>
          <w:sz w:val="24"/>
        </w:rPr>
        <w:t>B4. What type of agricultural activity does the cooperative focus on? (Select all that apply)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Crop production (e.g., maize, soya, groundnuts)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Livestock production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Agro-processing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Input supply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Collective marketing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Savings and credit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Other (specify): 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B5. How did you become a member of this cooperative?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Invited by family/friends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Through community mobilization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Through extension workers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Through NGO/government programme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Personal initiative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Other (specify): 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B6. What was your main reason for joining the cooperative? (Select all that apply)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Access to markets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Access to agricultural inputs (seeds, fertilizer)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Access to credit/loans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Access to training and information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Collective bargaining power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Social networking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Employment/income opportunities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Pressure from family/community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Other (specify): 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B7. Does the cooperative have specific policies or programmes targeting youth?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a youth policy exists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informal youth programmes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I don't know</w:t>
      </w:r>
    </w:p>
    <w:p/>
    <w:p>
      <w:pPr>
        <w:spacing w:after="120"/>
      </w:pPr>
      <w:r>
        <w:rPr>
          <w:rFonts w:ascii="Times New Roman" w:hAnsi="Times New Roman"/>
          <w:sz w:val="24"/>
        </w:rPr>
        <w:t>B8. Are you aware of any government or NGO programmes supporting youth in agribusiness in this area?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 (specify): _______________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</w:t>
      </w:r>
    </w:p>
    <w:p/>
    <w:p>
      <w:pPr>
        <w:pStyle w:val="Heading1"/>
      </w:pPr>
      <w:r>
        <w:rPr>
          <w:rFonts w:ascii="Times New Roman" w:hAnsi="Times New Roman"/>
          <w:b/>
          <w:color w:val="000000"/>
          <w:sz w:val="28"/>
        </w:rPr>
        <w:t>SECTION C: LEVEL OF YOUTH PARTICIPATION</w:t>
      </w:r>
    </w:p>
    <w:p>
      <w:pPr>
        <w:spacing w:after="120"/>
      </w:pPr>
      <w:r>
        <w:rPr>
          <w:rFonts w:ascii="Times New Roman" w:hAnsi="Times New Roman"/>
          <w:sz w:val="24"/>
        </w:rPr>
        <w:t>C1. How often do you attend cooperative meetings?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Always (every meeting)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Often (more than half of meetings)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Sometimes (about half of meetings)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Rarely (less than half of meetings)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Never</w:t>
      </w:r>
    </w:p>
    <w:p/>
    <w:p>
      <w:pPr>
        <w:spacing w:after="120"/>
      </w:pPr>
      <w:r>
        <w:rPr>
          <w:rFonts w:ascii="Times New Roman" w:hAnsi="Times New Roman"/>
          <w:sz w:val="24"/>
        </w:rPr>
        <w:t>C2. Do you participate in discussions during cooperative meetings?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Always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Often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Sometimes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Rarely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Never</w:t>
      </w:r>
    </w:p>
    <w:p/>
    <w:p>
      <w:pPr>
        <w:spacing w:after="120"/>
      </w:pPr>
      <w:r>
        <w:rPr>
          <w:rFonts w:ascii="Times New Roman" w:hAnsi="Times New Roman"/>
          <w:sz w:val="24"/>
        </w:rPr>
        <w:t>C3. Do you feel your opinions are considered during decision-making?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Strongly agree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Agree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Neutral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Disagree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Strongly disagree</w:t>
      </w:r>
    </w:p>
    <w:p/>
    <w:p>
      <w:pPr>
        <w:spacing w:after="120"/>
      </w:pPr>
      <w:r>
        <w:rPr>
          <w:rFonts w:ascii="Times New Roman" w:hAnsi="Times New Roman"/>
          <w:sz w:val="24"/>
        </w:rPr>
        <w:t>C4. Have you ever held or been nominated for any leadership position in the cooperative?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currently holding a position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previously held a position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No, but I have been nominated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No, never held or nominated</w:t>
      </w:r>
    </w:p>
    <w:p/>
    <w:p>
      <w:pPr>
        <w:spacing w:after="120"/>
      </w:pPr>
      <w:r>
        <w:rPr>
          <w:rFonts w:ascii="Times New Roman" w:hAnsi="Times New Roman"/>
          <w:sz w:val="24"/>
        </w:rPr>
        <w:t>C5. If yes, what position do/did you hold? (Select all that apply)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Chairperson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Vice Chairperson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Secretary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Treasurer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Committee member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Marketing committee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Production committee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Youth representative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Other (specify): 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C6. Do you participate in collective marketing activities?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Always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Often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Sometimes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Rarely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Never</w:t>
      </w:r>
    </w:p>
    <w:p/>
    <w:p>
      <w:pPr>
        <w:spacing w:after="120"/>
      </w:pPr>
      <w:r>
        <w:rPr>
          <w:rFonts w:ascii="Times New Roman" w:hAnsi="Times New Roman"/>
          <w:sz w:val="24"/>
        </w:rPr>
        <w:t>C7. Do you participate in collective production activities?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Always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Often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Sometimes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Rarely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Never</w:t>
      </w:r>
    </w:p>
    <w:p/>
    <w:p>
      <w:pPr>
        <w:spacing w:after="120"/>
      </w:pPr>
      <w:r>
        <w:rPr>
          <w:rFonts w:ascii="Times New Roman" w:hAnsi="Times New Roman"/>
          <w:sz w:val="24"/>
        </w:rPr>
        <w:t>C8. Have you received any training through the cooperative?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frequently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occasionally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but only once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No, never</w:t>
      </w:r>
    </w:p>
    <w:p/>
    <w:p>
      <w:pPr>
        <w:spacing w:after="120"/>
      </w:pPr>
      <w:r>
        <w:rPr>
          <w:rFonts w:ascii="Times New Roman" w:hAnsi="Times New Roman"/>
          <w:sz w:val="24"/>
        </w:rPr>
        <w:t>C9. If yes, what type of training have you received? (Select all that apply)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Agricultural production techniques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Business management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Financial literacy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Marketing skills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Leadership/governance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Value addition/processing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Other (specify): 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C10. Do you participate in savings or credit schemes within the cooperative?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actively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but minimally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No, but I am aware of them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No, I am not aware of any schemes</w:t>
      </w:r>
    </w:p>
    <w:p/>
    <w:p>
      <w:pPr>
        <w:spacing w:after="120"/>
      </w:pPr>
      <w:r>
        <w:rPr>
          <w:rFonts w:ascii="Times New Roman" w:hAnsi="Times New Roman"/>
          <w:sz w:val="24"/>
        </w:rPr>
        <w:t>C11. How would you rate your overall level of participation in the cooperative?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Very active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Active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Moderately active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Slightly active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Not active at all</w:t>
      </w:r>
    </w:p>
    <w:p/>
    <w:p>
      <w:pPr>
        <w:spacing w:after="120"/>
      </w:pPr>
      <w:r>
        <w:rPr>
          <w:rFonts w:ascii="Times New Roman" w:hAnsi="Times New Roman"/>
          <w:sz w:val="24"/>
        </w:rPr>
        <w:t>C12. Have you been involved in any decision-making committees in the cooperative?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currently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previously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No, but interested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No, not interested</w:t>
      </w:r>
    </w:p>
    <w:p/>
    <w:p>
      <w:pPr>
        <w:spacing w:after="120"/>
      </w:pPr>
      <w:r>
        <w:rPr>
          <w:rFonts w:ascii="Times New Roman" w:hAnsi="Times New Roman"/>
          <w:sz w:val="24"/>
        </w:rPr>
        <w:t>C13. Do you feel the cooperative's leadership structure allows youth to advance?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Strongly agree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Agree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Neutral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Disagree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Strongly disagree</w:t>
      </w:r>
    </w:p>
    <w:p/>
    <w:p>
      <w:pPr>
        <w:pStyle w:val="Heading1"/>
      </w:pPr>
      <w:r>
        <w:rPr>
          <w:rFonts w:ascii="Times New Roman" w:hAnsi="Times New Roman"/>
          <w:b/>
          <w:color w:val="000000"/>
          <w:sz w:val="28"/>
        </w:rPr>
        <w:t>SECTION D: BARRIERS TO YOUTH INCLUSION</w:t>
      </w:r>
    </w:p>
    <w:p>
      <w:pPr>
        <w:spacing w:after="120"/>
      </w:pPr>
      <w:r>
        <w:rPr>
          <w:rFonts w:ascii="Times New Roman" w:hAnsi="Times New Roman"/>
          <w:sz w:val="24"/>
        </w:rPr>
        <w:t>D1. Did you face any difficulties when joining the cooperative?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 (If No, skip to D3)</w:t>
      </w:r>
    </w:p>
    <w:p/>
    <w:p>
      <w:pPr>
        <w:spacing w:after="120"/>
      </w:pPr>
      <w:r>
        <w:rPr>
          <w:rFonts w:ascii="Times New Roman" w:hAnsi="Times New Roman"/>
          <w:sz w:val="24"/>
        </w:rPr>
        <w:t>D2. If yes, what difficulties did you face? (Select all that apply)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High membership fees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Lack of information about the cooperative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Requirement to own land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Age restrictions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Lack of family support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Distance from the cooperative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Lack of agricultural experience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Other (specify): _______________</w:t>
      </w:r>
    </w:p>
    <w:p/>
    <w:p>
      <w:r>
        <w:rPr>
          <w:rFonts w:ascii="Times New Roman" w:hAnsi="Times New Roman"/>
          <w:b/>
          <w:sz w:val="24"/>
        </w:rPr>
        <w:t>D3. Please rate the following potential barriers to your participation in the cooperative: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Barrier / Statement</w:t>
            </w:r>
          </w:p>
        </w:tc>
        <w:tc>
          <w:tcPr>
            <w:tcW w:type="dxa" w:w="1440"/>
          </w:tcPr>
          <w:p>
            <w:r>
              <w:t>Not a barrier (1)</w:t>
            </w:r>
          </w:p>
        </w:tc>
        <w:tc>
          <w:tcPr>
            <w:tcW w:type="dxa" w:w="1440"/>
          </w:tcPr>
          <w:p>
            <w:r>
              <w:t>Minor (2)</w:t>
            </w:r>
          </w:p>
        </w:tc>
        <w:tc>
          <w:tcPr>
            <w:tcW w:type="dxa" w:w="1440"/>
          </w:tcPr>
          <w:p>
            <w:r>
              <w:t>Moderate (3)</w:t>
            </w:r>
          </w:p>
        </w:tc>
        <w:tc>
          <w:tcPr>
            <w:tcW w:type="dxa" w:w="1440"/>
          </w:tcPr>
          <w:p>
            <w:r>
              <w:t>Major (4)</w:t>
            </w:r>
          </w:p>
        </w:tc>
        <w:tc>
          <w:tcPr>
            <w:tcW w:type="dxa" w:w="1440"/>
          </w:tcPr>
          <w:p>
            <w:r>
              <w:t>Very major (5)</w:t>
            </w:r>
          </w:p>
        </w:tc>
      </w:tr>
      <w:tr>
        <w:tc>
          <w:tcPr>
            <w:tcW w:type="dxa" w:w="1440"/>
          </w:tcPr>
          <w:p>
            <w:r>
              <w:t>D3.1 Limited financial resources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D3.2 Lack of access to land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D3.3 High membership/registration fees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D3.4 Limited information about cooperative activities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D3.5 Inadequate agricultural skills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D3.6 Inadequate business/entrepreneurship skills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D3.7 Limited access to credit/loans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D3.8 Exclusion from leadership positions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D3.9 Decisions dominated by older members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D3.10 Limited time due to other commitments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D3.11 Perception that agriculture is for older people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D3.12 Lack of interest in agriculture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D3.13 Poor access to markets individually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D3.14 Limited access to agricultural inputs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D3.15 Lack of mentorship from older members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</w:tbl>
    <w:p/>
    <w:p>
      <w:pPr>
        <w:spacing w:after="120"/>
      </w:pPr>
      <w:r>
        <w:rPr>
          <w:rFonts w:ascii="Times New Roman" w:hAnsi="Times New Roman"/>
          <w:sz w:val="24"/>
        </w:rPr>
        <w:t>D4. Have you ever considered leaving the cooperative?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</w:t>
      </w:r>
    </w:p>
    <w:p/>
    <w:p>
      <w:pPr>
        <w:spacing w:after="120"/>
      </w:pPr>
      <w:r>
        <w:rPr>
          <w:rFonts w:ascii="Times New Roman" w:hAnsi="Times New Roman"/>
          <w:sz w:val="24"/>
        </w:rPr>
        <w:t>D5. If yes, what were the main reasons? (Select all that apply)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Lack of benefits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Poor leadership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Limited participation opportunities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Financial constraints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Time constraints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Conflict with members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Other (specify): 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D6. What would encourage you to participate more actively in the cooperative? (Select all that apply)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Reduced membership fees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More youth in leadership positions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Access to credit/loans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More training opportunities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Better market access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Access to agricultural inputs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Mentorship programmes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Recognition of youth contributions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Other (specify): 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D7. Which of the following institutional barriers most affects your participation? (Select all that apply)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Complex membership registration procedures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Lack of youth representation in governance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 youth-specific training programmes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Poor communication from leadership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Unfair distribution of benefits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Lack of transparency in financial matters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Other (specify): 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D8. Have you ever been denied access to cooperative services due to any of the following? (Select all that apply)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Lack of collateral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Insufficient share capital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Age discrimination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Gender discrimination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Lack of farming experience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Never denied</w:t>
      </w:r>
    </w:p>
    <w:p/>
    <w:p>
      <w:pPr>
        <w:pStyle w:val="Heading1"/>
      </w:pPr>
      <w:r>
        <w:rPr>
          <w:rFonts w:ascii="Times New Roman" w:hAnsi="Times New Roman"/>
          <w:b/>
          <w:color w:val="000000"/>
          <w:sz w:val="28"/>
        </w:rPr>
        <w:t>SECTION E: ECONOMIC BENEFITS</w:t>
      </w:r>
    </w:p>
    <w:p>
      <w:pPr>
        <w:spacing w:after="120"/>
      </w:pPr>
      <w:r>
        <w:rPr>
          <w:rFonts w:ascii="Times New Roman" w:hAnsi="Times New Roman"/>
          <w:sz w:val="24"/>
        </w:rPr>
        <w:t>E1. Has your income from agricultural activities changed since joining the cooperative?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Increased significantly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Increased slightly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Remained the same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Decreased slightly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Decreased significantly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Not applicable (not a member)</w:t>
      </w:r>
    </w:p>
    <w:p/>
    <w:p>
      <w:pPr>
        <w:spacing w:after="120"/>
      </w:pPr>
      <w:r>
        <w:rPr>
          <w:rFonts w:ascii="Times New Roman" w:hAnsi="Times New Roman"/>
          <w:sz w:val="24"/>
        </w:rPr>
        <w:t>E2. If income increased, what do you attribute this to? (Select all that apply)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Better market prices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Access to larger markets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Reduced transaction costs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Access to quality inputs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Improved production techniques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Access to credit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Other (specify): 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E3. Do you sell your agricultural produce through the cooperative?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Always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Often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Sometimes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Rarely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Never</w:t>
      </w:r>
    </w:p>
    <w:p/>
    <w:p>
      <w:pPr>
        <w:spacing w:after="120"/>
      </w:pPr>
      <w:r>
        <w:rPr>
          <w:rFonts w:ascii="Times New Roman" w:hAnsi="Times New Roman"/>
          <w:sz w:val="24"/>
        </w:rPr>
        <w:t>E4. Compared to selling individually, do you get better prices through the cooperative?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Much better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Slightly better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About the same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Slightly worse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Much worse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Not applicable</w:t>
      </w:r>
    </w:p>
    <w:p/>
    <w:p>
      <w:pPr>
        <w:spacing w:after="120"/>
      </w:pPr>
      <w:r>
        <w:rPr>
          <w:rFonts w:ascii="Times New Roman" w:hAnsi="Times New Roman"/>
          <w:sz w:val="24"/>
        </w:rPr>
        <w:t>E5. Has your access to markets improved since joining the cooperative?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Improved significantly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Improved slightly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 change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Worsened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Not applicable</w:t>
      </w:r>
    </w:p>
    <w:p/>
    <w:p>
      <w:pPr>
        <w:spacing w:after="120"/>
      </w:pPr>
      <w:r>
        <w:rPr>
          <w:rFonts w:ascii="Times New Roman" w:hAnsi="Times New Roman"/>
          <w:sz w:val="24"/>
        </w:rPr>
        <w:t>E6. Has the cooperative helped you access agricultural inputs (seeds, fertilizer, equipment)?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regularly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occasionally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No, but inputs are available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No, not available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Not applicable</w:t>
      </w:r>
    </w:p>
    <w:p/>
    <w:p>
      <w:pPr>
        <w:spacing w:after="120"/>
      </w:pPr>
      <w:r>
        <w:rPr>
          <w:rFonts w:ascii="Times New Roman" w:hAnsi="Times New Roman"/>
          <w:sz w:val="24"/>
        </w:rPr>
        <w:t>E7. Has the cooperative helped you access credit or loans?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I have received credit/loans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but I did not qualify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No, but credit is available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No, not available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Not applicable</w:t>
      </w:r>
    </w:p>
    <w:p/>
    <w:p>
      <w:pPr>
        <w:spacing w:after="120"/>
      </w:pPr>
      <w:r>
        <w:rPr>
          <w:rFonts w:ascii="Times New Roman" w:hAnsi="Times New Roman"/>
          <w:sz w:val="24"/>
        </w:rPr>
        <w:t>E8. Has your access to agricultural information/extension services improved?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Improved significantly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Improved slightly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 change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Worsened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Not applicable</w:t>
      </w:r>
    </w:p>
    <w:p/>
    <w:p>
      <w:pPr>
        <w:spacing w:after="120"/>
      </w:pPr>
      <w:r>
        <w:rPr>
          <w:rFonts w:ascii="Times New Roman" w:hAnsi="Times New Roman"/>
          <w:sz w:val="24"/>
        </w:rPr>
        <w:t>E9. Have you developed any new business networks through the cooperative?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many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a few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Not applicable</w:t>
      </w:r>
    </w:p>
    <w:p/>
    <w:p>
      <w:pPr>
        <w:spacing w:after="120"/>
      </w:pPr>
      <w:r>
        <w:rPr>
          <w:rFonts w:ascii="Times New Roman" w:hAnsi="Times New Roman"/>
          <w:sz w:val="24"/>
        </w:rPr>
        <w:t>E10. Overall, how would you rate the economic benefits of being a cooperative member?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Very beneficial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Beneficial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Neutral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Not very beneficial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Not beneficial at all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Not applicable</w:t>
      </w:r>
    </w:p>
    <w:p/>
    <w:p>
      <w:pPr>
        <w:spacing w:after="120"/>
      </w:pPr>
      <w:r>
        <w:rPr>
          <w:rFonts w:ascii="Times New Roman" w:hAnsi="Times New Roman"/>
          <w:sz w:val="24"/>
        </w:rPr>
        <w:t>E11. What additional economic support would most improve your agribusiness? (Select all that apply)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Start-up capital grants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Low-interest loans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Access to farm equipment/machinery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Market price information systems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Contract farming opportunities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Value addition/processing facilities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Other (specify): 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E12. Would you participate more if the cooperative offered profit-sharing for youth-led enterprises?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Definitely yes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Probably yes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Not sure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Probably no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Definitely no</w:t>
      </w:r>
    </w:p>
    <w:p/>
    <w:p>
      <w:pPr>
        <w:pStyle w:val="Heading1"/>
      </w:pPr>
      <w:r>
        <w:rPr>
          <w:rFonts w:ascii="Times New Roman" w:hAnsi="Times New Roman"/>
          <w:b/>
          <w:color w:val="000000"/>
          <w:sz w:val="28"/>
        </w:rPr>
        <w:t>SECTION F: PERCEPTIONS AND ATTITUDE</w:t>
      </w:r>
    </w:p>
    <w:p>
      <w:pPr>
        <w:spacing w:after="120"/>
      </w:pPr>
      <w:r>
        <w:rPr>
          <w:rFonts w:ascii="Times New Roman" w:hAnsi="Times New Roman"/>
          <w:sz w:val="24"/>
        </w:rPr>
        <w:t>F1. Do you believe agriculture is a viable livelihood for young people?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Strongly agree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Agree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Neutral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Disagree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Strongly disagree</w:t>
      </w:r>
    </w:p>
    <w:p/>
    <w:p>
      <w:pPr>
        <w:spacing w:after="120"/>
      </w:pPr>
      <w:r>
        <w:rPr>
          <w:rFonts w:ascii="Times New Roman" w:hAnsi="Times New Roman"/>
          <w:sz w:val="24"/>
        </w:rPr>
        <w:t>F2. Do you think cooperatives are important for young farmers?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Strongly agree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Agree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Neutral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Disagree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Strongly disagree</w:t>
      </w:r>
    </w:p>
    <w:p/>
    <w:p>
      <w:pPr>
        <w:spacing w:after="120"/>
      </w:pPr>
      <w:r>
        <w:rPr>
          <w:rFonts w:ascii="Times New Roman" w:hAnsi="Times New Roman"/>
          <w:sz w:val="24"/>
        </w:rPr>
        <w:t>F3. Would you recommend other young people to join this cooperative?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Definitely yes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Probably yes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Not sure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Probably no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Definitely no</w:t>
      </w:r>
    </w:p>
    <w:p/>
    <w:p>
      <w:pPr>
        <w:spacing w:after="120"/>
      </w:pPr>
      <w:r>
        <w:rPr>
          <w:rFonts w:ascii="Times New Roman" w:hAnsi="Times New Roman"/>
          <w:sz w:val="24"/>
        </w:rPr>
        <w:t>F4. What changes would you like to see in the cooperative to make it more youth-friendly?</w:t>
      </w:r>
    </w:p>
    <w:p>
      <w:pPr>
        <w:ind w:left="360"/>
      </w:pPr>
      <w:r>
        <w:rPr>
          <w:rFonts w:ascii="Times New Roman" w:hAnsi="Times New Roman"/>
          <w:sz w:val="24"/>
        </w:rPr>
        <w:t>_________________________________________________________________</w:t>
        <w:br/>
        <w:t>_________________________________________________________________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F5. Any other comments or suggestions?</w:t>
      </w:r>
    </w:p>
    <w:p>
      <w:pPr>
        <w:ind w:left="360"/>
      </w:pPr>
      <w:r>
        <w:rPr>
          <w:rFonts w:ascii="Times New Roman" w:hAnsi="Times New Roman"/>
          <w:sz w:val="24"/>
        </w:rPr>
        <w:t>_________________________________________________________________</w:t>
        <w:br/>
        <w:t>_________________________________________________________________</w:t>
      </w:r>
    </w:p>
    <w:p/>
    <w:p>
      <w:pPr>
        <w:pStyle w:val="Heading1"/>
      </w:pPr>
      <w:r>
        <w:rPr>
          <w:rFonts w:ascii="Times New Roman" w:hAnsi="Times New Roman"/>
          <w:b/>
          <w:color w:val="000000"/>
          <w:sz w:val="28"/>
        </w:rPr>
        <w:t>SECTION G: FOR NON-MEMBERS ONLY</w:t>
      </w:r>
    </w:p>
    <w:p>
      <w:r>
        <w:rPr>
          <w:rFonts w:ascii="Times New Roman" w:hAnsi="Times New Roman"/>
          <w:i/>
          <w:sz w:val="24"/>
        </w:rPr>
        <w:t>If you are NOT a member of any cooperative, please answer the following:</w:t>
      </w:r>
    </w:p>
    <w:p/>
    <w:p>
      <w:pPr>
        <w:spacing w:after="120"/>
      </w:pPr>
      <w:r>
        <w:rPr>
          <w:rFonts w:ascii="Times New Roman" w:hAnsi="Times New Roman"/>
          <w:sz w:val="24"/>
        </w:rPr>
        <w:t>G1. Are you aware of any agri-business cooperatives or producer organizations in your area?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</w:t>
      </w:r>
    </w:p>
    <w:p/>
    <w:p>
      <w:pPr>
        <w:spacing w:after="120"/>
      </w:pPr>
      <w:r>
        <w:rPr>
          <w:rFonts w:ascii="Times New Roman" w:hAnsi="Times New Roman"/>
          <w:sz w:val="24"/>
        </w:rPr>
        <w:t>G2. If yes, why have you not joined? (Select all that apply)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Lack of information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High membership fees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Do not meet requirements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Not interested in agriculture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Prefer to work independently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Do not trust cooperatives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Too busy with other activities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Other (specify): 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G3. What would encourage you to join a cooperative? (Select all that apply)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Lower fees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Clear benefits explained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Youth involvement in leadership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Access to credit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Access to markets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Training opportunities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Family/friend encouragement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Other (specify): _______________</w:t>
      </w:r>
    </w:p>
    <w:p/>
    <w:p>
      <w:r>
        <w:rPr>
          <w:rFonts w:ascii="Times New Roman" w:hAnsi="Times New Roman"/>
          <w:sz w:val="24"/>
        </w:rPr>
        <w:t>G4. What type of support would most convince you to join a cooperative? (Rank top 3: 1=Most important, 3=Least important)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Free or subsidized membership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Guaranteed market access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Youth leadership quotas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Mentorship from successful youth farmers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Access to digital tools/technology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Flexible meeting times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Other (specify): 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G5. Would you join if the cooperative had a dedicated youth wing or committee?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definitely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probably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Not sure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No, probably not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No, definitely not</w:t>
      </w:r>
    </w:p>
    <w:p/>
    <w:p>
      <w:pPr>
        <w:pStyle w:val="Heading1"/>
      </w:pPr>
      <w:r>
        <w:rPr>
          <w:rFonts w:ascii="Times New Roman" w:hAnsi="Times New Roman"/>
          <w:b/>
          <w:color w:val="000000"/>
          <w:sz w:val="28"/>
        </w:rPr>
        <w:t>SECTION H: SOLUTIONS AND RECOMMENDATIONS FOR OVERCOMING BARRIERS</w:t>
      </w:r>
    </w:p>
    <w:p>
      <w:pPr>
        <w:spacing w:after="120"/>
      </w:pPr>
      <w:r>
        <w:rPr>
          <w:rFonts w:ascii="Times New Roman" w:hAnsi="Times New Roman"/>
          <w:sz w:val="24"/>
        </w:rPr>
        <w:t>H1. In your opinion, which of the following strategies would MOST effectively increase youth participation in cooperatives? (Select top 3)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Reduced membership fees and share capital for youth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Establishment of youth quotas in leadership positions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Creation of youth-specific agribusiness incubators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Government subsidies for youth cooperative membership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Digital platforms for market access and information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Partnerships with financial institutions for youth credit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Mentorship programmes pairing youth with experienced farmers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Introduction of high-value, technology-driven agribusiness ventures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Flexible governance structures accommodating youth schedules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Recognition/awards for outstanding youth cooperative members</w:t>
      </w:r>
    </w:p>
    <w:p/>
    <w:p>
      <w:r>
        <w:rPr>
          <w:rFonts w:ascii="Times New Roman" w:hAnsi="Times New Roman"/>
          <w:b/>
          <w:sz w:val="24"/>
        </w:rPr>
        <w:t>H2. Rate the effectiveness of the following proposed solutions in overcoming barriers you face: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Barrier / Statement</w:t>
            </w:r>
          </w:p>
        </w:tc>
        <w:tc>
          <w:tcPr>
            <w:tcW w:type="dxa" w:w="1440"/>
          </w:tcPr>
          <w:p>
            <w:r>
              <w:t>Not effective (1)</w:t>
            </w:r>
          </w:p>
        </w:tc>
        <w:tc>
          <w:tcPr>
            <w:tcW w:type="dxa" w:w="1440"/>
          </w:tcPr>
          <w:p>
            <w:r>
              <w:t>Slightly (2)</w:t>
            </w:r>
          </w:p>
        </w:tc>
        <w:tc>
          <w:tcPr>
            <w:tcW w:type="dxa" w:w="1440"/>
          </w:tcPr>
          <w:p>
            <w:r>
              <w:t>Moderately (3)</w:t>
            </w:r>
          </w:p>
        </w:tc>
        <w:tc>
          <w:tcPr>
            <w:tcW w:type="dxa" w:w="1440"/>
          </w:tcPr>
          <w:p>
            <w:r>
              <w:t>Very (4)</w:t>
            </w:r>
          </w:p>
        </w:tc>
        <w:tc>
          <w:tcPr>
            <w:tcW w:type="dxa" w:w="1440"/>
          </w:tcPr>
          <w:p>
            <w:r>
              <w:t>Extremely (5)</w:t>
            </w:r>
          </w:p>
        </w:tc>
      </w:tr>
      <w:tr>
        <w:tc>
          <w:tcPr>
            <w:tcW w:type="dxa" w:w="1440"/>
          </w:tcPr>
          <w:p>
            <w:r>
              <w:t>H2.1 Establishing youth savings and credit groups within cooperatives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H2.2 Providing youth with starter packs (seeds, fertilizer, tools)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H2.3 Training older leaders on inclusive governance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H2.4 Creating youth sub-committees within cooperatives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H2.5 Linking cooperatives to digital market platforms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H2.6 Offering business management training for youth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H2.7 Providing land leasing arrangements through cooperatives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H2.8 Establishing youth innovation funds within cooperatives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H2.9 Organizing exchange visits to successful youth cooperatives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  <w:tr>
        <w:tc>
          <w:tcPr>
            <w:tcW w:type="dxa" w:w="1440"/>
          </w:tcPr>
          <w:p>
            <w:r>
              <w:t>H2.10 Simplifying registration and membership procedures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  <w:tc>
          <w:tcPr>
            <w:tcW w:type="dxa" w:w="1440"/>
          </w:tcPr>
          <w:p>
            <w:r>
              <w:t>☐</w:t>
            </w:r>
          </w:p>
        </w:tc>
      </w:tr>
    </w:tbl>
    <w:p/>
    <w:p>
      <w:pPr>
        <w:spacing w:after="120"/>
      </w:pPr>
      <w:r>
        <w:rPr>
          <w:rFonts w:ascii="Times New Roman" w:hAnsi="Times New Roman"/>
          <w:sz w:val="24"/>
        </w:rPr>
        <w:t>H3. Who do you think should take primary responsibility for promoting youth inclusion in cooperatives? (Select all that apply)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Cooperative leadership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Local government (Traditional Authority/District Council)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Ministry of Agriculture/extension officers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National Youth Council/Ministry of Youth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Non-Governmental Organizations (NGOs)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Financial institutions/banks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Youth themselves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Parents/community elders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International development partners</w:t>
      </w:r>
    </w:p>
    <w:p/>
    <w:p>
      <w:pPr>
        <w:spacing w:after="120"/>
      </w:pPr>
      <w:r>
        <w:rPr>
          <w:rFonts w:ascii="Times New Roman" w:hAnsi="Times New Roman"/>
          <w:sz w:val="24"/>
        </w:rPr>
        <w:t>H4. What role should the government play in supporting youth in agribusiness cooperatives? (Select all that apply)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Provide direct grants to youth cooperatives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Enforce youth inclusion policies in cooperative registration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Fund youth agricultural training programmes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Establish youth agribusiness innovation hubs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Provide tax incentives for youth-led cooperative enterprises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Facilitate land allocation for youth cooperative farming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 role – government should not interfere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Other (specify): 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H5. Should cooperatives be required by law to reserve a percentage of leadership positions for youth (18–35 years)?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Strongly agree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Agree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Neutral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Disagree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Strongly disagree</w:t>
      </w:r>
    </w:p>
    <w:p/>
    <w:p>
      <w:pPr>
        <w:spacing w:after="120"/>
      </w:pPr>
      <w:r>
        <w:rPr>
          <w:rFonts w:ascii="Times New Roman" w:hAnsi="Times New Roman"/>
          <w:sz w:val="24"/>
        </w:rPr>
        <w:t>H6. Would a mentorship programme (where experienced farmers guide youth for 6–12 months) improve your participation?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significantly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slightly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 effect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No, it would discourage me</w:t>
      </w:r>
    </w:p>
    <w:p/>
    <w:p>
      <w:pPr>
        <w:spacing w:after="120"/>
      </w:pPr>
      <w:r>
        <w:rPr>
          <w:rFonts w:ascii="Times New Roman" w:hAnsi="Times New Roman"/>
          <w:sz w:val="24"/>
        </w:rPr>
        <w:t>H7. What type of agricultural enterprise would most attract youth to cooperatives? (Select all that apply)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High-value crops (horticulture, spices)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Livestock production (poultry, piggery, dairy)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Agro-processing (milling, drying, packaging)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Agricultural technology services (irrigation, mechanization)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E-commerce and digital marketing of farm produce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Climate-smart agriculture ventures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Other (specify): 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H8. How important is access to modern technology (smartphones, apps, mechanization) for your continued participation?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Extremely important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Very important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Moderately important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Slightly important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Not important at all</w:t>
      </w:r>
    </w:p>
    <w:p/>
    <w:p>
      <w:pPr>
        <w:spacing w:after="120"/>
      </w:pPr>
      <w:r>
        <w:rPr>
          <w:rFonts w:ascii="Times New Roman" w:hAnsi="Times New Roman"/>
          <w:sz w:val="24"/>
        </w:rPr>
        <w:t>H9. Would you be willing to pay a small membership fee if the cooperative guaranteed access to markets, inputs, and training?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definitely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if the fee is affordable (under MK 5,000)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Only if payment can be made in instalments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No, membership should be free for youth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No, I am not interested</w:t>
      </w:r>
    </w:p>
    <w:p/>
    <w:p>
      <w:pPr>
        <w:spacing w:after="120"/>
      </w:pPr>
      <w:r>
        <w:rPr>
          <w:rFonts w:ascii="Times New Roman" w:hAnsi="Times New Roman"/>
          <w:sz w:val="24"/>
        </w:rPr>
        <w:t>H10. What structural changes would make cooperatives more youth-friendly? (Select all that apply)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Shorter, more focused meetings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Use of mobile phones/WhatsApp for communication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Youth-only enterprise groups within the cooperative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Rotating leadership opportunities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Transparent financial reporting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Social events/networking opportunities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Other (specify): 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H11. If you could recommend ONE specific action to improve youth inclusion, what would it be?</w:t>
      </w:r>
    </w:p>
    <w:p>
      <w:pPr>
        <w:ind w:left="360"/>
      </w:pPr>
      <w:r>
        <w:rPr>
          <w:rFonts w:ascii="Times New Roman" w:hAnsi="Times New Roman"/>
          <w:sz w:val="24"/>
        </w:rPr>
        <w:t>_________________________________________________________________</w:t>
        <w:br/>
        <w:t>_________________________________________________________________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H12. Are you willing to participate in a pilot youth empowerment programme if introduced in your cooperative?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actively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Yes, if it fits my schedule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Maybe, depending on benefits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No</w:t>
      </w:r>
    </w:p>
    <w:p/>
    <w:p>
      <w:r>
        <w:br w:type="page"/>
      </w:r>
    </w:p>
    <w:p>
      <w:pPr>
        <w:pStyle w:val="Heading1"/>
      </w:pPr>
      <w:r>
        <w:rPr>
          <w:rFonts w:ascii="Times New Roman" w:hAnsi="Times New Roman"/>
          <w:b/>
          <w:color w:val="000000"/>
          <w:sz w:val="28"/>
        </w:rPr>
        <w:t>KEY INFORMANT INTERVIEW GUIDE</w:t>
      </w:r>
    </w:p>
    <w:p>
      <w:r>
        <w:rPr>
          <w:rFonts w:ascii="Times New Roman" w:hAnsi="Times New Roman"/>
          <w:i/>
          <w:sz w:val="24"/>
        </w:rPr>
        <w:t>For Cooperative Leaders, Extension Workers, and Other Key Informants</w:t>
      </w:r>
    </w:p>
    <w:p/>
    <w:p>
      <w:pPr>
        <w:spacing w:after="120"/>
      </w:pPr>
      <w:r>
        <w:rPr>
          <w:rFonts w:ascii="Times New Roman" w:hAnsi="Times New Roman"/>
          <w:sz w:val="24"/>
        </w:rPr>
        <w:t>K1. Organization/Position: 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K2. How long have you been involved with this cooperative?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Less than 1 year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1 – 3 years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3 – 5 years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More than 5 years</w:t>
      </w:r>
    </w:p>
    <w:p/>
    <w:p>
      <w:pPr>
        <w:spacing w:after="120"/>
      </w:pPr>
      <w:r>
        <w:rPr>
          <w:rFonts w:ascii="Times New Roman" w:hAnsi="Times New Roman"/>
          <w:sz w:val="24"/>
        </w:rPr>
        <w:t>K3. What is the total membership of the cooperative?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Less than 50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50 – 100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100 – 200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200 – 500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More than 500</w:t>
      </w:r>
    </w:p>
    <w:p/>
    <w:p>
      <w:pPr>
        <w:spacing w:after="120"/>
      </w:pPr>
      <w:r>
        <w:rPr>
          <w:rFonts w:ascii="Times New Roman" w:hAnsi="Times New Roman"/>
          <w:sz w:val="24"/>
        </w:rPr>
        <w:t>K4. What percentage of members would you estimate are youth (18-35 years)?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Less than 10%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10 – 25%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25 – 40%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40 – 60%</w:t>
      </w:r>
    </w:p>
    <w:p>
      <w:pPr>
        <w:pStyle w:val="ListBullet"/>
        <w:spacing w:after="60"/>
        <w:ind w:left="360"/>
      </w:pPr>
      <w:r>
        <w:rPr>
          <w:rFonts w:ascii="Times New Roman" w:hAnsi="Times New Roman"/>
          <w:sz w:val="24"/>
        </w:rPr>
        <w:t>☐ More than 60%</w:t>
      </w:r>
    </w:p>
    <w:p/>
    <w:p>
      <w:pPr>
        <w:spacing w:after="120"/>
      </w:pPr>
      <w:r>
        <w:rPr>
          <w:rFonts w:ascii="Times New Roman" w:hAnsi="Times New Roman"/>
          <w:sz w:val="24"/>
        </w:rPr>
        <w:t>K5. How many youth currently hold leadership positions? 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K6. What strategies has the cooperative used to attract youth members?</w:t>
      </w:r>
    </w:p>
    <w:p>
      <w:pPr>
        <w:ind w:left="360"/>
      </w:pPr>
      <w:r>
        <w:rPr>
          <w:rFonts w:ascii="Times New Roman" w:hAnsi="Times New Roman"/>
          <w:sz w:val="24"/>
        </w:rPr>
        <w:t>_________________________________________________________________</w:t>
        <w:br/>
        <w:t>_________________________________________________________________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K7. What barriers do you observe affecting youth participation?</w:t>
      </w:r>
    </w:p>
    <w:p>
      <w:pPr>
        <w:ind w:left="360"/>
      </w:pPr>
      <w:r>
        <w:rPr>
          <w:rFonts w:ascii="Times New Roman" w:hAnsi="Times New Roman"/>
          <w:sz w:val="24"/>
        </w:rPr>
        <w:t>_________________________________________________________________</w:t>
        <w:br/>
        <w:t>_________________________________________________________________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K8. What economic benefits do youth members typically receive?</w:t>
      </w:r>
    </w:p>
    <w:p>
      <w:pPr>
        <w:ind w:left="360"/>
      </w:pPr>
      <w:r>
        <w:rPr>
          <w:rFonts w:ascii="Times New Roman" w:hAnsi="Times New Roman"/>
          <w:sz w:val="24"/>
        </w:rPr>
        <w:t>_________________________________________________________________</w:t>
        <w:br/>
        <w:t>_________________________________________________________________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K9. What recommendations do you have for improving youth inclusion?</w:t>
      </w:r>
    </w:p>
    <w:p>
      <w:pPr>
        <w:ind w:left="360"/>
      </w:pPr>
      <w:r>
        <w:rPr>
          <w:rFonts w:ascii="Times New Roman" w:hAnsi="Times New Roman"/>
          <w:sz w:val="24"/>
        </w:rPr>
        <w:t>_________________________________________________________________</w:t>
        <w:br/>
        <w:t>_________________________________________________________________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K10. What specific institutional reforms would you recommend to make this cooperative more inclusive of youth?</w:t>
      </w:r>
    </w:p>
    <w:p>
      <w:pPr>
        <w:ind w:left="360"/>
      </w:pPr>
      <w:r>
        <w:rPr>
          <w:rFonts w:ascii="Times New Roman" w:hAnsi="Times New Roman"/>
          <w:sz w:val="24"/>
        </w:rPr>
        <w:t>_________________________________________________________________</w:t>
        <w:br/>
        <w:t>_________________________________________________________________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K11. Has the cooperative ever implemented any youth-targeted interventions? If yes, what were the outcomes? If no, why not?</w:t>
      </w:r>
    </w:p>
    <w:p>
      <w:pPr>
        <w:ind w:left="360"/>
      </w:pPr>
      <w:r>
        <w:rPr>
          <w:rFonts w:ascii="Times New Roman" w:hAnsi="Times New Roman"/>
          <w:sz w:val="24"/>
        </w:rPr>
        <w:t>_________________________________________________________________</w:t>
        <w:br/>
        <w:t>_________________________________________________________________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K12. What partnerships (government, NGO, private sector) would be most valuable in supporting youth within this cooperative?</w:t>
      </w:r>
    </w:p>
    <w:p>
      <w:pPr>
        <w:ind w:left="360"/>
      </w:pPr>
      <w:r>
        <w:rPr>
          <w:rFonts w:ascii="Times New Roman" w:hAnsi="Times New Roman"/>
          <w:sz w:val="24"/>
        </w:rPr>
        <w:t>_________________________________________________________________</w:t>
        <w:br/>
        <w:t>_________________________________________________________________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K13. In your view, what policy changes at the national or district level would most improve youth participation in cooperatives?</w:t>
      </w:r>
    </w:p>
    <w:p>
      <w:pPr>
        <w:ind w:left="360"/>
      </w:pPr>
      <w:r>
        <w:rPr>
          <w:rFonts w:ascii="Times New Roman" w:hAnsi="Times New Roman"/>
          <w:sz w:val="24"/>
        </w:rPr>
        <w:t>_________________________________________________________________</w:t>
        <w:br/>
        <w:t>_________________________________________________________________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K14. Would you support a mandatory youth representation quota (e.g., 30% of committee positions reserved for youth 18–35)? Why or why not?</w:t>
      </w:r>
    </w:p>
    <w:p>
      <w:pPr>
        <w:ind w:left="360"/>
      </w:pPr>
      <w:r>
        <w:rPr>
          <w:rFonts w:ascii="Times New Roman" w:hAnsi="Times New Roman"/>
          <w:sz w:val="24"/>
        </w:rPr>
        <w:t>_________________________________________________________________</w:t>
        <w:br/>
        <w:t>_________________________________________________________________</w:t>
      </w:r>
    </w:p>
    <w:p/>
    <w:p>
      <w:pPr>
        <w:spacing w:after="120"/>
      </w:pPr>
      <w:r>
        <w:rPr>
          <w:rFonts w:ascii="Times New Roman" w:hAnsi="Times New Roman"/>
          <w:sz w:val="24"/>
        </w:rPr>
        <w:t>K15. What incentives could motivate older members to support and mentor youth in leadership transition?</w:t>
      </w:r>
    </w:p>
    <w:p>
      <w:pPr>
        <w:ind w:left="360"/>
      </w:pPr>
      <w:r>
        <w:rPr>
          <w:rFonts w:ascii="Times New Roman" w:hAnsi="Times New Roman"/>
          <w:sz w:val="24"/>
        </w:rPr>
        <w:t>_________________________________________________________________</w:t>
        <w:br/>
        <w:t>_________________________________________________________________</w:t>
      </w:r>
    </w:p>
    <w:p/>
    <w:p/>
    <w:p>
      <w:pPr>
        <w:jc w:val="center"/>
      </w:pPr>
      <w:r>
        <w:rPr>
          <w:rFonts w:ascii="Times New Roman" w:hAnsi="Times New Roman"/>
          <w:b/>
          <w:sz w:val="28"/>
        </w:rPr>
        <w:t>THANK YOU FOR YOUR TIME AND PARTICIPATION!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